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ומקומות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"יש לי / אין לי" לביטוי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כיווני צפון ודרום ומקומות מרכזיים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היחס ל/ב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דבר ברשותי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נעמי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אין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החרמון הוא הר בצפון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מצפה רמון נמצא בדרום, בנגב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בעברית משתמשים במבנה "יש ל..." במקום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הכנרת נמצאת בצפון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אילת היא עיר דרומית על חוף ים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מדבר קשור בדרך כלל לאזור הדרום, כמו הנגב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מקומות בצפון ובדרום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(דרום)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גלויה הכוללת פנייה אישית, תיאור מקום (צפון/דרום, ים/הר/מדבר) ושימוש נכון במבנה "יש לי/אין לי" ובמילות היחס ל/ב.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לפחות שלושה מקומות (כגון הגליל, הכנרת, מצפה רמון, אילת) ושימוש נכון במילות היחס ל/ב וב"צפון"/"דרום".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שימוש נכון במבנה יש לי/אין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מקומות צפון/דרום לפי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"ל" (כיוון, יעד) ל-"ב" (מיקום, שהייה)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לפני מילוי הדף כדי לחזק את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לכתוב את הגלויה בזוגות ולשתף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במפת ישראל בכיתה כדי לסמן את המקומות מהיחידה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ומקומות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שיר על חברות. נלמד להגיד "יש לי" ו"אין לי". נכיר מקומות בישראל - בצפון ובדרום.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 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ברשותי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אין 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חסר לי משהו, אין ברשותי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 למעלה במפה של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 למטה במפה של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מים גדול, כמו הכנרת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גבוה באדמה, כמו החרמון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 עם מעט מים, כמו הנגב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ששומר מקומות וכיוונים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"יש 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דבר ברשותי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לי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רואה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הנגב?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מראה לאן נוסעים?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מראה איפה 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נעמי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ההפך מ"יש 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החרמון נמצא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מצפה רמון נמצא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פועל מיוחד שמשמעותו "to have".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היא ים (אגם)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אילת נמצאת בדרום הארץ, ליד הים.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"מדבר" קשורה בדרך כלל לאזור הצפון.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__________ חבר באילת.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הגליל נמצא ב__________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נוסעים __________ חיפה.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גר/ה __________ 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הנגב הוא אזור __________ בדרום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החרמון הוא __________ גבוה בצפון.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מקומות בצפון ובדרום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הגליל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מצפה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גלויה קצרה לחבר או לחברה שגרים במקום אחר בארץ. ספרו להם על מקום שאתם אוהבים ועל משהו שיש לכם או אין לכם שם.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בכמה משפטים טיול דמיוני מצפון הארץ לדרומה. ציינו לפחות שלושה מקומות מהיחידה.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"יש לי" ומשפט אחד עם "אין לי".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מקומות בצפון הארץ ושני מקומות בדרום.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במילת היחס "ל" ומתי ב"ב"?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חברים ומקומות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